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80"/>
        <w:jc w:val="center"/>
      </w:pPr>
      <w:r>
        <w:rPr>
          <w:b/>
          <w:sz w:val="34"/>
        </w:rPr>
        <w:t>OVERSEAS ASSIGNMENT ORDER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55"/>
        <w:gridCol w:w="1555"/>
        <w:gridCol w:w="2621"/>
        <w:gridCol w:w="1555"/>
        <w:gridCol w:w="2938"/>
      </w:tblGrid>
      <w:tr>
        <w:trPr>
          <w:trHeight w:val="446" w:hRule="atLeast"/>
        </w:trPr>
        <w:tc>
          <w:tcPr>
            <w:tcW w:type="dxa" w:w="1555"/>
            <w:vAlign w:val="center"/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DDEEF0"/>
          </w:tcPr>
          <w:p>
            <w:pPr>
              <w:jc w:val="center"/>
            </w:pPr>
            <w:r>
              <w:t>Business</w:t>
              <w:br/>
              <w:t>Traveler</w:t>
            </w:r>
          </w:p>
        </w:tc>
        <w:tc>
          <w:tcPr>
            <w:tcW w:type="dxa" w:w="155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DDEEF0"/>
          </w:tcPr>
          <w:p>
            <w:pPr>
              <w:jc w:val="center"/>
            </w:pPr>
            <w:r>
              <w:t>Department</w:t>
            </w:r>
          </w:p>
        </w:tc>
        <w:tc>
          <w:tcPr>
            <w:tcW w:type="dxa" w:w="262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</w:p>
        </w:tc>
        <w:tc>
          <w:tcPr>
            <w:tcW w:type="dxa" w:w="155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DDEEF0"/>
          </w:tcPr>
          <w:p>
            <w:pPr>
              <w:jc w:val="center"/>
            </w:pPr>
            <w:r>
              <w:t>Position</w:t>
            </w:r>
          </w:p>
        </w:tc>
        <w:tc>
          <w:tcPr>
            <w:tcW w:type="dxa" w:w="293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</w:p>
        </w:tc>
      </w:tr>
      <w:tr>
        <w:trPr>
          <w:trHeight w:val="446" w:hRule="atLeast"/>
        </w:trPr>
        <w:tc>
          <w:tcPr>
            <w:tcW w:type="dxa" w:w="1555"/>
            <w:vAlign w:val="center"/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</w:p>
        </w:tc>
        <w:tc>
          <w:tcPr>
            <w:tcW w:type="dxa" w:w="155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DDEEF0"/>
          </w:tcPr>
          <w:p>
            <w:pPr>
              <w:jc w:val="center"/>
            </w:pPr>
            <w:r>
              <w:t>Name</w:t>
            </w:r>
          </w:p>
        </w:tc>
        <w:tc>
          <w:tcPr>
            <w:tcW w:type="dxa" w:w="262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</w:p>
        </w:tc>
        <w:tc>
          <w:tcPr>
            <w:tcW w:type="dxa" w:w="155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DDEEF0"/>
          </w:tcPr>
          <w:p>
            <w:pPr>
              <w:jc w:val="center"/>
            </w:pPr>
            <w:r>
              <w:t>Phone No.</w:t>
            </w:r>
          </w:p>
        </w:tc>
        <w:tc>
          <w:tcPr>
            <w:tcW w:type="dxa" w:w="293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</w:p>
        </w:tc>
      </w:tr>
    </w:tbl>
    <w:p>
      <w:pPr>
        <w:spacing w:before="800" w:after="800" w:line="300" w:lineRule="auto"/>
        <w:jc w:val="center"/>
      </w:pPr>
      <w:r>
        <w:t>The above-named employee is hereby assigned to an overseas business trip for the following purpose from ____________________ to ____________________.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280"/>
      </w:tblGrid>
      <w:tr>
        <w:trPr>
          <w:trHeight w:val="605" w:hRule="atLeast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DDEEF0"/>
          </w:tcPr>
          <w:p>
            <w:pPr>
              <w:jc w:val="center"/>
            </w:pPr>
            <w:r>
              <w:t>Destination</w:t>
            </w:r>
          </w:p>
        </w:tc>
        <w:tc>
          <w:tcPr>
            <w:tcW w:type="dxa" w:w="82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</w:p>
        </w:tc>
      </w:tr>
      <w:tr>
        <w:trPr>
          <w:trHeight w:val="605" w:hRule="atLeast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DDEEF0"/>
          </w:tcPr>
          <w:p>
            <w:pPr>
              <w:jc w:val="center"/>
            </w:pPr>
            <w:r>
              <w:t>Business Trip</w:t>
              <w:br/>
              <w:t>Period</w:t>
            </w:r>
          </w:p>
        </w:tc>
        <w:tc>
          <w:tcPr>
            <w:tcW w:type="dxa" w:w="82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</w:p>
        </w:tc>
      </w:tr>
      <w:tr>
        <w:trPr>
          <w:trHeight w:val="1296" w:hRule="atLeast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DDEEF0"/>
          </w:tcPr>
          <w:p>
            <w:pPr>
              <w:jc w:val="center"/>
            </w:pPr>
            <w:r>
              <w:t>Purpose of</w:t>
              <w:br/>
              <w:t>Business Trip</w:t>
            </w:r>
          </w:p>
        </w:tc>
        <w:tc>
          <w:tcPr>
            <w:tcW w:type="dxa" w:w="82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</w:p>
        </w:tc>
      </w:tr>
    </w:tbl>
    <w:p>
      <w:pPr>
        <w:spacing w:before="880"/>
        <w:jc w:val="center"/>
      </w:pPr>
      <w:r>
        <w:t>Date: ____________________</w:t>
      </w:r>
    </w:p>
    <w:p>
      <w:pPr>
        <w:spacing w:before="880"/>
        <w:jc w:val="center"/>
      </w:pPr>
      <w:r>
        <w:t>Company Name: ____________________________________</w:t>
      </w:r>
    </w:p>
    <w:p>
      <w:pPr>
        <w:spacing w:before="560"/>
        <w:jc w:val="center"/>
      </w:pPr>
      <w:r>
        <w:t>Representative Name and Title: __________________________</w:t>
      </w:r>
    </w:p>
    <w:p>
      <w:pPr>
        <w:spacing w:before="440"/>
        <w:jc w:val="center"/>
      </w:pPr>
      <w:r>
        <w:t>Signature / Company Seal: ______________________________</w:t>
      </w:r>
    </w:p>
    <w:sectPr w:rsidR="00FC693F" w:rsidRPr="0006063C" w:rsidSect="00034616">
      <w:pgSz w:w="12240" w:h="15840"/>
      <w:pgMar w:top="1512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Overseas Assignment Order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